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51D7" w14:textId="77777777" w:rsidR="008C186A" w:rsidRPr="00F56ED6" w:rsidRDefault="00000000">
      <w:pPr>
        <w:pStyle w:val="Tittel"/>
        <w:rPr>
          <w:lang w:val="nb-NO"/>
        </w:rPr>
      </w:pPr>
      <w:r w:rsidRPr="00F56ED6">
        <w:rPr>
          <w:lang w:val="nb-NO"/>
        </w:rPr>
        <w:t>BESTILLING AV NAVNEPLATE</w:t>
      </w:r>
    </w:p>
    <w:p w14:paraId="5D267B32" w14:textId="5E7DE569" w:rsidR="008C186A" w:rsidRPr="006E41E3" w:rsidRDefault="00000000">
      <w:pPr>
        <w:rPr>
          <w:sz w:val="24"/>
          <w:szCs w:val="24"/>
          <w:lang w:val="nb-NO"/>
        </w:rPr>
      </w:pPr>
      <w:r w:rsidRPr="006E41E3">
        <w:rPr>
          <w:sz w:val="24"/>
          <w:szCs w:val="24"/>
          <w:lang w:val="nb-NO"/>
        </w:rPr>
        <w:t>Gravplassmyndigheten i Tønsberg</w:t>
      </w:r>
    </w:p>
    <w:p w14:paraId="2851220E" w14:textId="77777777" w:rsidR="008C186A" w:rsidRPr="00F56ED6" w:rsidRDefault="00000000">
      <w:pPr>
        <w:pStyle w:val="Overskrift2"/>
        <w:rPr>
          <w:lang w:val="nb-NO"/>
        </w:rPr>
      </w:pPr>
      <w:r w:rsidRPr="00F56ED6">
        <w:rPr>
          <w:lang w:val="nb-NO"/>
        </w:rPr>
        <w:t>1. Opplysninger om avdøde</w:t>
      </w:r>
    </w:p>
    <w:p w14:paraId="4B943459" w14:textId="77777777" w:rsidR="008C186A" w:rsidRPr="00F56ED6" w:rsidRDefault="00000000">
      <w:pPr>
        <w:rPr>
          <w:lang w:val="nb-NO"/>
        </w:rPr>
      </w:pPr>
      <w:r w:rsidRPr="00F56ED6">
        <w:rPr>
          <w:lang w:val="nb-NO"/>
        </w:rPr>
        <w:t>Navn på avdøde: __________________________</w:t>
      </w:r>
    </w:p>
    <w:p w14:paraId="0FA91C31" w14:textId="77777777" w:rsidR="008C186A" w:rsidRPr="00F56ED6" w:rsidRDefault="00000000">
      <w:pPr>
        <w:rPr>
          <w:lang w:val="nb-NO"/>
        </w:rPr>
      </w:pPr>
      <w:r w:rsidRPr="00F56ED6">
        <w:rPr>
          <w:lang w:val="nb-NO"/>
        </w:rPr>
        <w:t>Fødselsdato: ____/____/________</w:t>
      </w:r>
    </w:p>
    <w:p w14:paraId="65AB3FD1" w14:textId="77777777" w:rsidR="008C186A" w:rsidRPr="00F56ED6" w:rsidRDefault="00000000">
      <w:pPr>
        <w:rPr>
          <w:lang w:val="nb-NO"/>
        </w:rPr>
      </w:pPr>
      <w:r w:rsidRPr="00F56ED6">
        <w:rPr>
          <w:lang w:val="nb-NO"/>
        </w:rPr>
        <w:t>Dødsdato: ____/____/________</w:t>
      </w:r>
    </w:p>
    <w:p w14:paraId="75BC21B8" w14:textId="77777777" w:rsidR="008C186A" w:rsidRPr="00F56ED6" w:rsidRDefault="00000000">
      <w:pPr>
        <w:pStyle w:val="Overskrift2"/>
        <w:rPr>
          <w:lang w:val="nb-NO"/>
        </w:rPr>
      </w:pPr>
      <w:r w:rsidRPr="00F56ED6">
        <w:rPr>
          <w:lang w:val="nb-NO"/>
        </w:rPr>
        <w:t>2. Ønsket navnet minnelund</w:t>
      </w:r>
    </w:p>
    <w:p w14:paraId="4D668628" w14:textId="4137C657" w:rsidR="008C186A" w:rsidRDefault="00000000">
      <w:pPr>
        <w:rPr>
          <w:lang w:val="nb-NO"/>
        </w:rPr>
      </w:pPr>
      <w:r w:rsidRPr="00F56ED6">
        <w:rPr>
          <w:lang w:val="nb-NO"/>
        </w:rPr>
        <w:t>Navn på minnelund: __________________________</w:t>
      </w:r>
      <w:r w:rsidR="00F54A83">
        <w:rPr>
          <w:lang w:val="nb-NO"/>
        </w:rPr>
        <w:br/>
      </w:r>
    </w:p>
    <w:p w14:paraId="60AF793B" w14:textId="77777777" w:rsidR="00D811EF" w:rsidRPr="00F56ED6" w:rsidRDefault="00D811EF" w:rsidP="00D811EF">
      <w:pPr>
        <w:pStyle w:val="Overskrift2"/>
        <w:rPr>
          <w:lang w:val="nb-NO"/>
        </w:rPr>
      </w:pPr>
      <w:r w:rsidRPr="00F56ED6">
        <w:rPr>
          <w:lang w:val="nb-NO"/>
        </w:rPr>
        <w:t>3. Valg av symbol på navneplate</w:t>
      </w:r>
    </w:p>
    <w:tbl>
      <w:tblPr>
        <w:tblStyle w:val="Tabellrutenett"/>
        <w:tblW w:w="0" w:type="auto"/>
        <w:tblInd w:w="38" w:type="dxa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1536A4" w14:paraId="704D7A49" w14:textId="77777777" w:rsidTr="001536A4">
        <w:tc>
          <w:tcPr>
            <w:tcW w:w="2926" w:type="dxa"/>
          </w:tcPr>
          <w:p w14:paraId="224FD079" w14:textId="77777777" w:rsidR="00715E1B" w:rsidRDefault="00715E1B" w:rsidP="00B24357">
            <w:pPr>
              <w:jc w:val="center"/>
              <w:rPr>
                <w:lang w:val="nb-NO"/>
              </w:rPr>
            </w:pPr>
            <w:r w:rsidRPr="00F56ED6">
              <w:rPr>
                <w:rFonts w:ascii="Segoe UI Symbol" w:hAnsi="Segoe UI Symbol" w:cs="Segoe UI Symbol"/>
                <w:lang w:val="nb-NO"/>
              </w:rPr>
              <w:t>☐</w:t>
            </w:r>
            <w:r w:rsidRPr="00F56ED6">
              <w:rPr>
                <w:lang w:val="nb-NO"/>
              </w:rPr>
              <w:t xml:space="preserve"> Kors</w:t>
            </w:r>
          </w:p>
          <w:p w14:paraId="7ABA8D4F" w14:textId="77777777" w:rsidR="00193042" w:rsidRDefault="00193042" w:rsidP="00715E1B">
            <w:pPr>
              <w:rPr>
                <w:lang w:val="nb-NO"/>
              </w:rPr>
            </w:pPr>
          </w:p>
          <w:p w14:paraId="648CF7C0" w14:textId="19AA3B0A" w:rsidR="00715E1B" w:rsidRPr="00F56ED6" w:rsidRDefault="00193042" w:rsidP="00B24357">
            <w:pPr>
              <w:jc w:val="center"/>
              <w:rPr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32A7B9DD" wp14:editId="679214D8">
                  <wp:extent cx="466725" cy="741527"/>
                  <wp:effectExtent l="0" t="0" r="0" b="1905"/>
                  <wp:docPr id="7" name="Bilde 7" descr="Gotisk kors | Jølstad begravelsesbyr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otisk kors | Jølstad begravelsesbyr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95" cy="77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63238" w14:textId="77777777" w:rsidR="001536A4" w:rsidRDefault="001536A4">
            <w:pPr>
              <w:rPr>
                <w:lang w:val="nb-NO"/>
              </w:rPr>
            </w:pPr>
          </w:p>
        </w:tc>
        <w:tc>
          <w:tcPr>
            <w:tcW w:w="2927" w:type="dxa"/>
          </w:tcPr>
          <w:p w14:paraId="35C9D333" w14:textId="77777777" w:rsidR="00193042" w:rsidRPr="00F56ED6" w:rsidRDefault="00193042" w:rsidP="00B24357">
            <w:pPr>
              <w:jc w:val="center"/>
              <w:rPr>
                <w:lang w:val="nb-NO"/>
              </w:rPr>
            </w:pPr>
            <w:r w:rsidRPr="00F56ED6">
              <w:rPr>
                <w:rFonts w:ascii="Segoe UI Symbol" w:hAnsi="Segoe UI Symbol" w:cs="Segoe UI Symbol"/>
                <w:lang w:val="nb-NO"/>
              </w:rPr>
              <w:t>☐</w:t>
            </w:r>
            <w:r w:rsidRPr="00F56ED6">
              <w:rPr>
                <w:lang w:val="nb-NO"/>
              </w:rPr>
              <w:t xml:space="preserve"> Due med olivengren</w:t>
            </w:r>
          </w:p>
          <w:p w14:paraId="63F24197" w14:textId="77777777" w:rsidR="001536A4" w:rsidRDefault="001536A4">
            <w:pPr>
              <w:rPr>
                <w:lang w:val="nb-NO"/>
              </w:rPr>
            </w:pPr>
          </w:p>
          <w:p w14:paraId="559140C5" w14:textId="5AFF4B22" w:rsidR="00193042" w:rsidRDefault="00B24357" w:rsidP="00B24357">
            <w:pPr>
              <w:jc w:val="center"/>
              <w:rPr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0EF23A09" wp14:editId="7DA92735">
                  <wp:extent cx="566478" cy="646430"/>
                  <wp:effectExtent l="0" t="0" r="5080" b="1270"/>
                  <wp:docPr id="5" name="Bilde 5" descr="Kommunikasjon og Kultur Hel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mmunikasjon og Kultur Hel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71" cy="69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7" w:type="dxa"/>
          </w:tcPr>
          <w:p w14:paraId="0BFCA17C" w14:textId="77777777" w:rsidR="00B24357" w:rsidRDefault="00B24357" w:rsidP="006D72F1">
            <w:pPr>
              <w:jc w:val="center"/>
              <w:rPr>
                <w:lang w:val="nb-NO"/>
              </w:rPr>
            </w:pPr>
            <w:r w:rsidRPr="00F56ED6">
              <w:rPr>
                <w:rFonts w:ascii="Segoe UI Symbol" w:hAnsi="Segoe UI Symbol" w:cs="Segoe UI Symbol"/>
                <w:lang w:val="nb-NO"/>
              </w:rPr>
              <w:t>☐</w:t>
            </w:r>
            <w:r w:rsidRPr="00F56ED6">
              <w:rPr>
                <w:lang w:val="nb-NO"/>
              </w:rPr>
              <w:t xml:space="preserve"> Humanetisk symbol</w:t>
            </w:r>
          </w:p>
          <w:p w14:paraId="75EC70AB" w14:textId="77777777" w:rsidR="00B24357" w:rsidRDefault="00B24357" w:rsidP="006D72F1">
            <w:pPr>
              <w:jc w:val="center"/>
              <w:rPr>
                <w:lang w:val="nb-NO"/>
              </w:rPr>
            </w:pPr>
          </w:p>
          <w:p w14:paraId="5C1FAA59" w14:textId="044B3D3C" w:rsidR="00B24357" w:rsidRPr="00F56ED6" w:rsidRDefault="006D72F1" w:rsidP="006D72F1">
            <w:pPr>
              <w:jc w:val="center"/>
              <w:rPr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5578DFF7" wp14:editId="1F8A5FCA">
                  <wp:extent cx="952500" cy="869232"/>
                  <wp:effectExtent l="0" t="0" r="0" b="7620"/>
                  <wp:docPr id="4" name="Bilde 4" descr="Humanetisk symbol GD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umanetisk symbol GD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602" cy="87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EA8C6" w14:textId="77777777" w:rsidR="001536A4" w:rsidRDefault="001536A4" w:rsidP="006D72F1">
            <w:pPr>
              <w:jc w:val="center"/>
              <w:rPr>
                <w:lang w:val="nb-NO"/>
              </w:rPr>
            </w:pPr>
          </w:p>
        </w:tc>
      </w:tr>
      <w:tr w:rsidR="00715E1B" w14:paraId="255C1231" w14:textId="77777777" w:rsidTr="001536A4">
        <w:tc>
          <w:tcPr>
            <w:tcW w:w="2926" w:type="dxa"/>
          </w:tcPr>
          <w:p w14:paraId="2B5CB76F" w14:textId="77777777" w:rsidR="006D72F1" w:rsidRDefault="006D72F1" w:rsidP="006D72F1">
            <w:pPr>
              <w:jc w:val="center"/>
              <w:rPr>
                <w:lang w:val="nb-NO"/>
              </w:rPr>
            </w:pPr>
            <w:r w:rsidRPr="00F56ED6">
              <w:rPr>
                <w:rFonts w:ascii="Segoe UI Symbol" w:hAnsi="Segoe UI Symbol" w:cs="Segoe UI Symbol"/>
                <w:lang w:val="nb-NO"/>
              </w:rPr>
              <w:t>☐</w:t>
            </w:r>
            <w:r w:rsidRPr="00F56ED6">
              <w:rPr>
                <w:lang w:val="nb-NO"/>
              </w:rPr>
              <w:t xml:space="preserve"> Hjerte</w:t>
            </w:r>
          </w:p>
          <w:p w14:paraId="34FCF00C" w14:textId="77777777" w:rsidR="006D72F1" w:rsidRDefault="006D72F1" w:rsidP="006D72F1">
            <w:pPr>
              <w:jc w:val="center"/>
              <w:rPr>
                <w:lang w:val="nb-NO"/>
              </w:rPr>
            </w:pPr>
          </w:p>
          <w:p w14:paraId="639EB0FE" w14:textId="7BE23837" w:rsidR="006D72F1" w:rsidRDefault="00E90DDD" w:rsidP="00E90DDD">
            <w:pPr>
              <w:jc w:val="center"/>
              <w:rPr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1EBE99EA" wp14:editId="1123797B">
                  <wp:extent cx="676275" cy="676275"/>
                  <wp:effectExtent l="0" t="0" r="9525" b="9525"/>
                  <wp:docPr id="3" name="Bilde 3" descr="Hjerte - Almindeligt hje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jerte - Almindeligt hje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8A590" w14:textId="77777777" w:rsidR="006D72F1" w:rsidRDefault="006D72F1">
            <w:pPr>
              <w:rPr>
                <w:lang w:val="nb-NO"/>
              </w:rPr>
            </w:pPr>
          </w:p>
        </w:tc>
        <w:tc>
          <w:tcPr>
            <w:tcW w:w="2927" w:type="dxa"/>
          </w:tcPr>
          <w:p w14:paraId="3D62B508" w14:textId="77777777" w:rsidR="00E90DDD" w:rsidRDefault="00E90DDD" w:rsidP="00E90DDD">
            <w:pPr>
              <w:jc w:val="center"/>
              <w:rPr>
                <w:lang w:val="nb-NO"/>
              </w:rPr>
            </w:pPr>
            <w:r w:rsidRPr="00F56ED6">
              <w:rPr>
                <w:rFonts w:ascii="Segoe UI Symbol" w:hAnsi="Segoe UI Symbol" w:cs="Segoe UI Symbol"/>
                <w:lang w:val="nb-NO"/>
              </w:rPr>
              <w:t>☐</w:t>
            </w:r>
            <w:r w:rsidRPr="00F56ED6">
              <w:rPr>
                <w:lang w:val="nb-NO"/>
              </w:rPr>
              <w:t xml:space="preserve"> Rose</w:t>
            </w:r>
          </w:p>
          <w:p w14:paraId="2F742A41" w14:textId="6C83A142" w:rsidR="00715E1B" w:rsidRDefault="008F4920" w:rsidP="008F4920">
            <w:pPr>
              <w:jc w:val="center"/>
              <w:rPr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10CE4FB9" wp14:editId="4D379123">
                  <wp:extent cx="952500" cy="952500"/>
                  <wp:effectExtent l="0" t="0" r="0" b="0"/>
                  <wp:docPr id="6" name="Bilde 6" descr="Rose sketch. Rose motif. Flower design elements. Vector illustration. Elegant flower outline design. Gray symbol isolated on white background. Abstract rose. Good for design, logo or decoration Stock Vector - 63117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ose sketch. Rose motif. Flower design elements. Vector illustration. Elegant flower outline design. Gray symbol isolated on white background. Abstract rose. Good for design, logo or decoration Stock Vector - 63117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7" w:type="dxa"/>
          </w:tcPr>
          <w:p w14:paraId="54B3402B" w14:textId="77777777" w:rsidR="008F4920" w:rsidRDefault="008F4920" w:rsidP="008F4920">
            <w:pPr>
              <w:jc w:val="center"/>
              <w:rPr>
                <w:lang w:val="nb-NO"/>
              </w:rPr>
            </w:pPr>
            <w:r w:rsidRPr="00F56ED6">
              <w:rPr>
                <w:rFonts w:ascii="Segoe UI Symbol" w:hAnsi="Segoe UI Symbol" w:cs="Segoe UI Symbol"/>
                <w:lang w:val="nb-NO"/>
              </w:rPr>
              <w:t>☐</w:t>
            </w:r>
            <w:r w:rsidRPr="00F56ED6">
              <w:rPr>
                <w:lang w:val="nb-NO"/>
              </w:rPr>
              <w:t xml:space="preserve"> Tro, håp og kjærlighet</w:t>
            </w:r>
          </w:p>
          <w:p w14:paraId="115636B8" w14:textId="77777777" w:rsidR="00D811EF" w:rsidRPr="00F56ED6" w:rsidRDefault="00D811EF" w:rsidP="008F4920">
            <w:pPr>
              <w:jc w:val="center"/>
              <w:rPr>
                <w:lang w:val="nb-NO"/>
              </w:rPr>
            </w:pPr>
          </w:p>
          <w:p w14:paraId="1685C826" w14:textId="337DE54B" w:rsidR="00715E1B" w:rsidRDefault="00D811EF" w:rsidP="00D811EF">
            <w:pPr>
              <w:jc w:val="center"/>
              <w:rPr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7FD24DC7" wp14:editId="41FEBBD6">
                  <wp:extent cx="713880" cy="706120"/>
                  <wp:effectExtent l="0" t="0" r="0" b="0"/>
                  <wp:docPr id="1" name="Bilde 1" descr="Tro, håp og kjærlighet – 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o, håp og kjærlighet – Docu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54" cy="77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CA29B" w14:textId="77777777" w:rsidR="001536A4" w:rsidRPr="00F56ED6" w:rsidRDefault="001536A4">
      <w:pPr>
        <w:rPr>
          <w:lang w:val="nb-NO"/>
        </w:rPr>
      </w:pPr>
    </w:p>
    <w:p w14:paraId="7FCFD1CC" w14:textId="77777777" w:rsidR="008C186A" w:rsidRPr="00F56ED6" w:rsidRDefault="00000000">
      <w:pPr>
        <w:pStyle w:val="Overskrift2"/>
        <w:rPr>
          <w:lang w:val="nb-NO"/>
        </w:rPr>
      </w:pPr>
      <w:r w:rsidRPr="00F56ED6">
        <w:rPr>
          <w:lang w:val="nb-NO"/>
        </w:rPr>
        <w:t>4. Bestiller</w:t>
      </w:r>
    </w:p>
    <w:p w14:paraId="62B070A0" w14:textId="77777777" w:rsidR="008C186A" w:rsidRPr="00F56ED6" w:rsidRDefault="00000000">
      <w:pPr>
        <w:rPr>
          <w:lang w:val="nb-NO"/>
        </w:rPr>
      </w:pPr>
      <w:r w:rsidRPr="00F56ED6">
        <w:rPr>
          <w:lang w:val="nb-NO"/>
        </w:rPr>
        <w:t>Navn: __________________________</w:t>
      </w:r>
    </w:p>
    <w:p w14:paraId="25DD8B29" w14:textId="77777777" w:rsidR="008C186A" w:rsidRPr="0023083D" w:rsidRDefault="00000000">
      <w:pPr>
        <w:rPr>
          <w:lang w:val="nb-NO"/>
        </w:rPr>
      </w:pPr>
      <w:r w:rsidRPr="0023083D">
        <w:rPr>
          <w:lang w:val="nb-NO"/>
        </w:rPr>
        <w:t>Telefon: ________________________</w:t>
      </w:r>
    </w:p>
    <w:p w14:paraId="3F305FFD" w14:textId="77777777" w:rsidR="008C186A" w:rsidRPr="0023083D" w:rsidRDefault="00000000">
      <w:pPr>
        <w:rPr>
          <w:lang w:val="nb-NO"/>
        </w:rPr>
      </w:pPr>
      <w:r w:rsidRPr="0023083D">
        <w:rPr>
          <w:lang w:val="nb-NO"/>
        </w:rPr>
        <w:t>E-post: _________________________</w:t>
      </w:r>
    </w:p>
    <w:p w14:paraId="3DDF3A50" w14:textId="77777777" w:rsidR="008C186A" w:rsidRPr="0023083D" w:rsidRDefault="00000000">
      <w:pPr>
        <w:rPr>
          <w:lang w:val="nb-NO"/>
        </w:rPr>
      </w:pPr>
      <w:r w:rsidRPr="0023083D">
        <w:rPr>
          <w:lang w:val="nb-NO"/>
        </w:rPr>
        <w:t>Sted: ___________________________</w:t>
      </w:r>
    </w:p>
    <w:p w14:paraId="37CCDAE4" w14:textId="77777777" w:rsidR="008C186A" w:rsidRPr="0023083D" w:rsidRDefault="00000000">
      <w:pPr>
        <w:rPr>
          <w:lang w:val="nb-NO"/>
        </w:rPr>
      </w:pPr>
      <w:r w:rsidRPr="0023083D">
        <w:rPr>
          <w:lang w:val="nb-NO"/>
        </w:rPr>
        <w:t>Dato: ____/____/________</w:t>
      </w:r>
    </w:p>
    <w:p w14:paraId="27939BB1" w14:textId="32316713" w:rsidR="008C186A" w:rsidRPr="0023083D" w:rsidRDefault="00000000">
      <w:pPr>
        <w:rPr>
          <w:lang w:val="nb-NO"/>
        </w:rPr>
      </w:pPr>
      <w:r w:rsidRPr="0023083D">
        <w:rPr>
          <w:lang w:val="nb-NO"/>
        </w:rPr>
        <w:t>Signatur: _______________________</w:t>
      </w:r>
      <w:r w:rsidRPr="0023083D">
        <w:rPr>
          <w:lang w:val="nb-NO"/>
        </w:rPr>
        <w:br w:type="page"/>
      </w:r>
    </w:p>
    <w:p w14:paraId="64C8AA31" w14:textId="77777777" w:rsidR="008C186A" w:rsidRDefault="00000000" w:rsidP="00F56ED6">
      <w:pPr>
        <w:pStyle w:val="Overskrift1"/>
        <w:rPr>
          <w:lang w:val="nb-NO"/>
        </w:rPr>
      </w:pPr>
      <w:r w:rsidRPr="00F56ED6">
        <w:rPr>
          <w:lang w:val="nb-NO"/>
        </w:rPr>
        <w:lastRenderedPageBreak/>
        <w:t>Informasjon om navnet minnelund</w:t>
      </w:r>
    </w:p>
    <w:p w14:paraId="62364361" w14:textId="699EA376" w:rsidR="0021456C" w:rsidRPr="0021456C" w:rsidRDefault="0021456C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>
        <w:rPr>
          <w:rFonts w:ascii="Segoe UI" w:eastAsia="Times New Roman" w:hAnsi="Segoe UI" w:cs="Segoe UI"/>
          <w:sz w:val="21"/>
          <w:szCs w:val="21"/>
          <w:lang w:val="nb-NO" w:eastAsia="nb-NO"/>
        </w:rPr>
        <w:t>V</w:t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 xml:space="preserve">ed gravlegging i navnet minnelund påføres navn og data til avdøde på navneplate på felles minnesmerke fastsatt av </w:t>
      </w:r>
      <w:proofErr w:type="spellStart"/>
      <w:r w:rsidR="00C17F11">
        <w:rPr>
          <w:rFonts w:ascii="Segoe UI" w:eastAsia="Times New Roman" w:hAnsi="Segoe UI" w:cs="Segoe UI"/>
          <w:sz w:val="21"/>
          <w:szCs w:val="21"/>
          <w:lang w:val="nb-NO" w:eastAsia="nb-NO"/>
        </w:rPr>
        <w:t>g</w:t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ravplassmyndigheten</w:t>
      </w:r>
      <w:proofErr w:type="spellEnd"/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.</w:t>
      </w:r>
      <w:r w:rsidR="00A60F93">
        <w:rPr>
          <w:rFonts w:ascii="Segoe UI" w:eastAsia="Times New Roman" w:hAnsi="Segoe UI" w:cs="Segoe UI"/>
          <w:sz w:val="21"/>
          <w:szCs w:val="21"/>
          <w:lang w:val="nb-NO" w:eastAsia="nb-NO"/>
        </w:rPr>
        <w:br/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Etterlatte kan være til stede ved nedsetting av urne</w:t>
      </w:r>
      <w:r w:rsidR="0079603B">
        <w:rPr>
          <w:rFonts w:ascii="Segoe UI" w:eastAsia="Times New Roman" w:hAnsi="Segoe UI" w:cs="Segoe UI"/>
          <w:sz w:val="21"/>
          <w:szCs w:val="21"/>
          <w:lang w:val="nb-NO" w:eastAsia="nb-NO"/>
        </w:rPr>
        <w:t>.</w:t>
      </w:r>
    </w:p>
    <w:p w14:paraId="09553D31" w14:textId="77777777" w:rsidR="0021456C" w:rsidRPr="0021456C" w:rsidRDefault="0021456C" w:rsidP="001C32BF">
      <w:pPr>
        <w:pStyle w:val="Overskrift2"/>
        <w:rPr>
          <w:lang w:val="nb-NO" w:eastAsia="nb-NO"/>
        </w:rPr>
      </w:pPr>
      <w:r w:rsidRPr="0021456C">
        <w:rPr>
          <w:lang w:val="nb-NO" w:eastAsia="nb-NO"/>
        </w:rPr>
        <w:t>Feste</w:t>
      </w:r>
    </w:p>
    <w:p w14:paraId="2FF75977" w14:textId="6288D702" w:rsidR="0021456C" w:rsidRPr="0021456C" w:rsidRDefault="0021456C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Grav og navneplate i navnet minnelund kan festes etter fredningstidens utløp for 5 år av gangen, men ikke lenger enn 60 år.</w:t>
      </w:r>
      <w:r w:rsidR="00A60F93">
        <w:rPr>
          <w:rFonts w:ascii="Segoe UI" w:eastAsia="Times New Roman" w:hAnsi="Segoe UI" w:cs="Segoe UI"/>
          <w:sz w:val="21"/>
          <w:szCs w:val="21"/>
          <w:lang w:val="nb-NO" w:eastAsia="nb-NO"/>
        </w:rPr>
        <w:br/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Fester kan ikke benytte graven i minnelunden på nytt i festetiden. I navnet minnelund kan det ikke festes en grav i tillegg.</w:t>
      </w:r>
    </w:p>
    <w:p w14:paraId="3F30039F" w14:textId="77777777" w:rsidR="0021456C" w:rsidRPr="0021456C" w:rsidRDefault="0021456C" w:rsidP="001C32BF">
      <w:pPr>
        <w:pStyle w:val="Overskrift2"/>
        <w:rPr>
          <w:lang w:val="nb-NO" w:eastAsia="nb-NO"/>
        </w:rPr>
      </w:pPr>
      <w:r w:rsidRPr="0021456C">
        <w:rPr>
          <w:lang w:val="nb-NO" w:eastAsia="nb-NO"/>
        </w:rPr>
        <w:t>Avgifter</w:t>
      </w:r>
    </w:p>
    <w:p w14:paraId="3007B8FD" w14:textId="77777777" w:rsidR="0021456C" w:rsidRPr="0021456C" w:rsidRDefault="0021456C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Avgift for bruk av navnet minnelund betales fra det tidspunkt graven tas i bruk.</w:t>
      </w:r>
    </w:p>
    <w:p w14:paraId="33508DAA" w14:textId="77777777" w:rsidR="0021456C" w:rsidRPr="0021456C" w:rsidRDefault="0021456C" w:rsidP="001C32BF">
      <w:pPr>
        <w:pStyle w:val="Overskrift2"/>
        <w:rPr>
          <w:lang w:val="nb-NO" w:eastAsia="nb-NO"/>
        </w:rPr>
      </w:pPr>
      <w:r w:rsidRPr="0021456C">
        <w:rPr>
          <w:lang w:val="nb-NO" w:eastAsia="nb-NO"/>
        </w:rPr>
        <w:t>Stell og beplantning</w:t>
      </w:r>
    </w:p>
    <w:p w14:paraId="43A3603B" w14:textId="65D6DEC2" w:rsidR="0021456C" w:rsidRPr="0021456C" w:rsidRDefault="0021456C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Gravplassmyndigheten har ansvar for felles beplantning og stell i minnelunden.</w:t>
      </w:r>
      <w:r w:rsidR="00A60F93">
        <w:rPr>
          <w:rFonts w:ascii="Segoe UI" w:eastAsia="Times New Roman" w:hAnsi="Segoe UI" w:cs="Segoe UI"/>
          <w:sz w:val="21"/>
          <w:szCs w:val="21"/>
          <w:lang w:val="nb-NO" w:eastAsia="nb-NO"/>
        </w:rPr>
        <w:br/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Det er ikke anledning til å opparbeide eget plantefelt for grav i minnelund.</w:t>
      </w:r>
      <w:r w:rsidR="00A60F93">
        <w:rPr>
          <w:rFonts w:ascii="Segoe UI" w:eastAsia="Times New Roman" w:hAnsi="Segoe UI" w:cs="Segoe UI"/>
          <w:sz w:val="21"/>
          <w:szCs w:val="21"/>
          <w:lang w:val="nb-NO" w:eastAsia="nb-NO"/>
        </w:rPr>
        <w:br/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Det kan legges ned blomster og tennes gravlys på anvist sted så lenge dette skjer i henhold til gjeldende regler om brannvern.</w:t>
      </w:r>
    </w:p>
    <w:p w14:paraId="02C40359" w14:textId="6A1D08DA" w:rsidR="0021456C" w:rsidRDefault="0021456C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 xml:space="preserve">Planter, lys og dekorgjenstander som legges ned i minnelunden kan fjernes av </w:t>
      </w:r>
      <w:proofErr w:type="spellStart"/>
      <w:r w:rsidR="00400627">
        <w:rPr>
          <w:rFonts w:ascii="Segoe UI" w:eastAsia="Times New Roman" w:hAnsi="Segoe UI" w:cs="Segoe UI"/>
          <w:sz w:val="21"/>
          <w:szCs w:val="21"/>
          <w:lang w:val="nb-NO" w:eastAsia="nb-NO"/>
        </w:rPr>
        <w:t>g</w:t>
      </w:r>
      <w:r w:rsidR="001C32BF"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ravplassmyndigheten</w:t>
      </w:r>
      <w:proofErr w:type="spellEnd"/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.</w:t>
      </w:r>
      <w:r w:rsidR="00A60F93">
        <w:rPr>
          <w:rFonts w:ascii="Segoe UI" w:eastAsia="Times New Roman" w:hAnsi="Segoe UI" w:cs="Segoe UI"/>
          <w:sz w:val="21"/>
          <w:szCs w:val="21"/>
          <w:lang w:val="nb-NO" w:eastAsia="nb-NO"/>
        </w:rPr>
        <w:br/>
      </w:r>
      <w:r w:rsidRPr="0021456C">
        <w:rPr>
          <w:rFonts w:ascii="Segoe UI" w:eastAsia="Times New Roman" w:hAnsi="Segoe UI" w:cs="Segoe UI"/>
          <w:sz w:val="21"/>
          <w:szCs w:val="21"/>
          <w:lang w:val="nb-NO" w:eastAsia="nb-NO"/>
        </w:rPr>
        <w:t>Lykter med batteri eller solceller er ikke tillatt.</w:t>
      </w:r>
    </w:p>
    <w:p w14:paraId="12BB069C" w14:textId="77777777" w:rsidR="0023083D" w:rsidRDefault="0023083D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</w:p>
    <w:p w14:paraId="16964485" w14:textId="4AE43455" w:rsidR="0023083D" w:rsidRPr="0021456C" w:rsidRDefault="0023083D" w:rsidP="00BA3D64">
      <w:pPr>
        <w:spacing w:before="100" w:beforeAutospacing="1" w:after="100" w:afterAutospacing="1" w:line="12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>
        <w:rPr>
          <w:rFonts w:ascii="Segoe UI" w:eastAsia="Times New Roman" w:hAnsi="Segoe UI" w:cs="Segoe UI"/>
          <w:sz w:val="21"/>
          <w:szCs w:val="21"/>
          <w:lang w:val="nb-NO" w:eastAsia="nb-NO"/>
        </w:rPr>
        <w:t xml:space="preserve">Leveringstid er 3-4 </w:t>
      </w:r>
      <w:proofErr w:type="spellStart"/>
      <w:r>
        <w:rPr>
          <w:rFonts w:ascii="Segoe UI" w:eastAsia="Times New Roman" w:hAnsi="Segoe UI" w:cs="Segoe UI"/>
          <w:sz w:val="21"/>
          <w:szCs w:val="21"/>
          <w:lang w:val="nb-NO" w:eastAsia="nb-NO"/>
        </w:rPr>
        <w:t>mnd</w:t>
      </w:r>
      <w:proofErr w:type="spellEnd"/>
    </w:p>
    <w:p w14:paraId="34C1211C" w14:textId="77777777" w:rsidR="0021456C" w:rsidRPr="0021456C" w:rsidRDefault="00000000" w:rsidP="0021456C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nb-NO" w:eastAsia="nb-NO"/>
        </w:rPr>
      </w:pPr>
      <w:r>
        <w:rPr>
          <w:rFonts w:ascii="Segoe UI" w:eastAsia="Times New Roman" w:hAnsi="Segoe UI" w:cs="Segoe UI"/>
          <w:sz w:val="21"/>
          <w:szCs w:val="21"/>
          <w:lang w:val="nb-NO" w:eastAsia="nb-NO"/>
        </w:rPr>
        <w:pict w14:anchorId="76DCF6E0">
          <v:rect id="_x0000_i1025" style="width:0;height:1.5pt" o:hralign="center" o:hrstd="t" o:hr="t" fillcolor="#a0a0a0" stroked="f"/>
        </w:pict>
      </w:r>
    </w:p>
    <w:p w14:paraId="701FF65A" w14:textId="77777777" w:rsidR="0021456C" w:rsidRPr="0021456C" w:rsidRDefault="0021456C" w:rsidP="001C32BF">
      <w:pPr>
        <w:pStyle w:val="Overskrift2"/>
        <w:rPr>
          <w:lang w:val="nb-NO" w:eastAsia="nb-NO"/>
        </w:rPr>
      </w:pPr>
      <w:r w:rsidRPr="0021456C">
        <w:rPr>
          <w:lang w:val="nb-NO" w:eastAsia="nb-NO"/>
        </w:rPr>
        <w:t>Bekreftelse</w:t>
      </w:r>
    </w:p>
    <w:tbl>
      <w:tblPr>
        <w:tblStyle w:val="Tabellrutenett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780"/>
      </w:tblGrid>
      <w:tr w:rsidR="00F25682" w:rsidRPr="0023083D" w14:paraId="44DA03E3" w14:textId="77777777" w:rsidTr="00D066C8">
        <w:tc>
          <w:tcPr>
            <w:tcW w:w="8780" w:type="dxa"/>
            <w:shd w:val="clear" w:color="auto" w:fill="F2F2F2" w:themeFill="background1" w:themeFillShade="F2"/>
          </w:tcPr>
          <w:p w14:paraId="7DF89787" w14:textId="77777777" w:rsidR="00F25682" w:rsidRPr="00F25682" w:rsidRDefault="00F25682" w:rsidP="00857777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</w:pPr>
            <w:r w:rsidRPr="00F25682">
              <w:rPr>
                <w:rFonts w:ascii="Segoe UI Symbol" w:eastAsia="Times New Roman" w:hAnsi="Segoe UI Symbol" w:cs="Segoe UI Symbol"/>
                <w:sz w:val="21"/>
                <w:szCs w:val="21"/>
                <w:lang w:val="nb-NO" w:eastAsia="nb-NO"/>
              </w:rPr>
              <w:t>☐</w:t>
            </w:r>
            <w:r w:rsidRPr="00F25682"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  <w:t xml:space="preserve"> Jeg bekrefter at informasjonen om navnet minnelund er lest og forstått.</w:t>
            </w:r>
          </w:p>
        </w:tc>
      </w:tr>
      <w:tr w:rsidR="00F25682" w:rsidRPr="0023083D" w14:paraId="321FEFDE" w14:textId="77777777" w:rsidTr="00D066C8">
        <w:tc>
          <w:tcPr>
            <w:tcW w:w="8780" w:type="dxa"/>
            <w:shd w:val="clear" w:color="auto" w:fill="F2F2F2" w:themeFill="background1" w:themeFillShade="F2"/>
          </w:tcPr>
          <w:p w14:paraId="7AD40064" w14:textId="77777777" w:rsidR="00F25682" w:rsidRPr="00F25682" w:rsidRDefault="00F25682" w:rsidP="00857777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</w:pPr>
            <w:r w:rsidRPr="00F25682">
              <w:rPr>
                <w:rFonts w:ascii="Segoe UI Symbol" w:eastAsia="Times New Roman" w:hAnsi="Segoe UI Symbol" w:cs="Segoe UI Symbol"/>
                <w:sz w:val="21"/>
                <w:szCs w:val="21"/>
                <w:lang w:val="nb-NO" w:eastAsia="nb-NO"/>
              </w:rPr>
              <w:t>☐</w:t>
            </w:r>
            <w:r w:rsidRPr="00F25682"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  <w:t xml:space="preserve"> Jeg godkjenner bestilling av navneplate i henhold til </w:t>
            </w:r>
            <w:proofErr w:type="spellStart"/>
            <w:r w:rsidRPr="00F25682"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  <w:t>Gravplassmyndighetens</w:t>
            </w:r>
            <w:proofErr w:type="spellEnd"/>
            <w:r w:rsidRPr="00F25682"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  <w:t xml:space="preserve"> bestemmelser.</w:t>
            </w:r>
          </w:p>
        </w:tc>
      </w:tr>
      <w:tr w:rsidR="00F25682" w:rsidRPr="00F25682" w14:paraId="136413E1" w14:textId="77777777" w:rsidTr="00D066C8">
        <w:tc>
          <w:tcPr>
            <w:tcW w:w="8780" w:type="dxa"/>
            <w:shd w:val="clear" w:color="auto" w:fill="F2F2F2" w:themeFill="background1" w:themeFillShade="F2"/>
          </w:tcPr>
          <w:p w14:paraId="0E41F516" w14:textId="77777777" w:rsidR="00F25682" w:rsidRPr="00F25682" w:rsidRDefault="00F25682" w:rsidP="00857777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</w:pPr>
            <w:r w:rsidRPr="00F25682">
              <w:rPr>
                <w:rFonts w:ascii="Segoe UI Symbol" w:eastAsia="Times New Roman" w:hAnsi="Segoe UI Symbol" w:cs="Segoe UI Symbol"/>
                <w:sz w:val="21"/>
                <w:szCs w:val="21"/>
                <w:lang w:val="nb-NO" w:eastAsia="nb-NO"/>
              </w:rPr>
              <w:t>☐</w:t>
            </w:r>
            <w:r w:rsidRPr="00F25682">
              <w:rPr>
                <w:rFonts w:ascii="Segoe UI" w:eastAsia="Times New Roman" w:hAnsi="Segoe UI" w:cs="Segoe UI"/>
                <w:sz w:val="21"/>
                <w:szCs w:val="21"/>
                <w:lang w:val="nb-NO" w:eastAsia="nb-NO"/>
              </w:rPr>
              <w:t xml:space="preserve"> Jeg bekrefter at navn, fødselsdato og dødsdato er kontrollert og korrekte.</w:t>
            </w:r>
          </w:p>
        </w:tc>
      </w:tr>
    </w:tbl>
    <w:p w14:paraId="03C60A82" w14:textId="77777777" w:rsidR="00F56ED6" w:rsidRPr="00F56ED6" w:rsidRDefault="00F56ED6" w:rsidP="00F25682">
      <w:pPr>
        <w:rPr>
          <w:lang w:val="nb-NO"/>
        </w:rPr>
      </w:pPr>
    </w:p>
    <w:sectPr w:rsidR="00F56ED6" w:rsidRPr="00F56E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1556110">
    <w:abstractNumId w:val="8"/>
  </w:num>
  <w:num w:numId="2" w16cid:durableId="1792549180">
    <w:abstractNumId w:val="6"/>
  </w:num>
  <w:num w:numId="3" w16cid:durableId="128977978">
    <w:abstractNumId w:val="5"/>
  </w:num>
  <w:num w:numId="4" w16cid:durableId="1302272623">
    <w:abstractNumId w:val="4"/>
  </w:num>
  <w:num w:numId="5" w16cid:durableId="1920170860">
    <w:abstractNumId w:val="7"/>
  </w:num>
  <w:num w:numId="6" w16cid:durableId="1305425535">
    <w:abstractNumId w:val="3"/>
  </w:num>
  <w:num w:numId="7" w16cid:durableId="1215778846">
    <w:abstractNumId w:val="2"/>
  </w:num>
  <w:num w:numId="8" w16cid:durableId="749036778">
    <w:abstractNumId w:val="1"/>
  </w:num>
  <w:num w:numId="9" w16cid:durableId="199996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D0B"/>
    <w:rsid w:val="00034616"/>
    <w:rsid w:val="0006063C"/>
    <w:rsid w:val="0015074B"/>
    <w:rsid w:val="001536A4"/>
    <w:rsid w:val="00193042"/>
    <w:rsid w:val="001C32BF"/>
    <w:rsid w:val="0021456C"/>
    <w:rsid w:val="0023083D"/>
    <w:rsid w:val="0029639D"/>
    <w:rsid w:val="00326F90"/>
    <w:rsid w:val="00386C99"/>
    <w:rsid w:val="00400627"/>
    <w:rsid w:val="005B355B"/>
    <w:rsid w:val="006D72F1"/>
    <w:rsid w:val="006E41E3"/>
    <w:rsid w:val="00715E1B"/>
    <w:rsid w:val="0079603B"/>
    <w:rsid w:val="007E4E2B"/>
    <w:rsid w:val="00865B9B"/>
    <w:rsid w:val="008C186A"/>
    <w:rsid w:val="008F4920"/>
    <w:rsid w:val="00A00278"/>
    <w:rsid w:val="00A60F93"/>
    <w:rsid w:val="00AA1D8D"/>
    <w:rsid w:val="00AC1864"/>
    <w:rsid w:val="00B24357"/>
    <w:rsid w:val="00B47730"/>
    <w:rsid w:val="00BA3D64"/>
    <w:rsid w:val="00C17F11"/>
    <w:rsid w:val="00CB0664"/>
    <w:rsid w:val="00D066C8"/>
    <w:rsid w:val="00D811EF"/>
    <w:rsid w:val="00E1283D"/>
    <w:rsid w:val="00E90DDD"/>
    <w:rsid w:val="00F25682"/>
    <w:rsid w:val="00F54A83"/>
    <w:rsid w:val="00F56E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48EDF218-6CEE-49AB-9892-C2D2BF8D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35D1FBC5C4BB42AE45FE65E48C77CA" ma:contentTypeVersion="16" ma:contentTypeDescription="Opprett et nytt dokument." ma:contentTypeScope="" ma:versionID="af6890487c8ef560f3a9ebba5c4e82c7">
  <xsd:schema xmlns:xsd="http://www.w3.org/2001/XMLSchema" xmlns:xs="http://www.w3.org/2001/XMLSchema" xmlns:p="http://schemas.microsoft.com/office/2006/metadata/properties" xmlns:ns2="ce2d8364-520a-47e9-a74c-11300ebed630" xmlns:ns3="d331d0c8-fc35-4f10-b969-edce9f3f42f1" targetNamespace="http://schemas.microsoft.com/office/2006/metadata/properties" ma:root="true" ma:fieldsID="70f689a67e6ce0daef3daaff2170c655" ns2:_="" ns3:_="">
    <xsd:import namespace="ce2d8364-520a-47e9-a74c-11300ebed630"/>
    <xsd:import namespace="d331d0c8-fc35-4f10-b969-edce9f3f42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SendtfakturagrunnlagtilRegnskap" minOccurs="0"/>
                <xsd:element ref="ns3:Sendtfakturagrunnlag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d8364-520a-47e9-a74c-11300ebed6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7f2f19-bef2-49c0-9b9a-47943ef8f2f0}" ma:internalName="TaxCatchAll" ma:showField="CatchAllData" ma:web="ce2d8364-520a-47e9-a74c-11300ebed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d0c8-fc35-4f10-b969-edce9f3f4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endtfakturagrunnlagtilRegnskap" ma:index="21" nillable="true" ma:displayName="Sendt fakturagrunnlag til Regnskap" ma:format="Dropdown" ma:internalName="SendtfakturagrunnlagtilRegnskap">
      <xsd:simpleType>
        <xsd:restriction base="dms:Text">
          <xsd:maxLength value="255"/>
        </xsd:restriction>
      </xsd:simpleType>
    </xsd:element>
    <xsd:element name="Sendtfakturagrunnlag" ma:index="22" nillable="true" ma:displayName="Sendt fakturagrunnlag" ma:format="Dropdown" ma:internalName="Sendtfakturagrunnlag">
      <xsd:simpleType>
        <xsd:restriction base="dms:Choice">
          <xsd:enumeration value="Ja"/>
          <xsd:enumeration value="Nei"/>
          <xsd:enumeration value="Valg 3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d8364-520a-47e9-a74c-11300ebed630" xsi:nil="true"/>
    <SendtfakturagrunnlagtilRegnskap xmlns="d331d0c8-fc35-4f10-b969-edce9f3f42f1" xsi:nil="true"/>
    <Sendtfakturagrunnlag xmlns="d331d0c8-fc35-4f10-b969-edce9f3f42f1" xsi:nil="true"/>
    <lcf76f155ced4ddcb4097134ff3c332f xmlns="d331d0c8-fc35-4f10-b969-edce9f3f42f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E0E9BE-962E-401D-B2A4-62A22D521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d8364-520a-47e9-a74c-11300ebed630"/>
    <ds:schemaRef ds:uri="d331d0c8-fc35-4f10-b969-edce9f3f4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B043A-7635-4FFA-8AF7-614C44064632}">
  <ds:schemaRefs>
    <ds:schemaRef ds:uri="http://schemas.microsoft.com/office/2006/metadata/properties"/>
    <ds:schemaRef ds:uri="http://schemas.microsoft.com/office/infopath/2007/PartnerControls"/>
    <ds:schemaRef ds:uri="ce2d8364-520a-47e9-a74c-11300ebed630"/>
    <ds:schemaRef ds:uri="d331d0c8-fc35-4f10-b969-edce9f3f42f1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AC5B12-9C48-4DDE-A0A1-E376047DE6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305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Maarud</dc:creator>
  <cp:keywords/>
  <dc:description>generated by python-docx</dc:description>
  <cp:lastModifiedBy>Marit Maarud</cp:lastModifiedBy>
  <cp:revision>7</cp:revision>
  <cp:lastPrinted>2026-08-17T09:17:00Z</cp:lastPrinted>
  <dcterms:created xsi:type="dcterms:W3CDTF">2026-08-17T09:25:00Z</dcterms:created>
  <dcterms:modified xsi:type="dcterms:W3CDTF">2026-08-19T07:47:00Z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0x0101006E35D1FBC5C4BB42AE45FE65E48C77CA</vt:lpwstr>
  </property>
  <property fmtid="{D5CDD505-2E9C-101B-9397-08002B2CF9AE}" pid="3" name="MediaServiceImageTags">
    <vt:lpwstr/>
  </property>
</Properties>
</file>